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המחברת של סהר – זכות לפרטיות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אירועי הסיפור ואת הקשר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הזכות לפרטיות כזכות של כל 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הבעת דעה ומציאת דרכים להתערב כשפוגעים במישהו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עם סבתא 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דרקונים, חלליות וחתול השכנים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חטף את המחברת והראה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שיחזיר את המחברת כי היא לא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למי שייכת המחברת ומי מחליט על הצגתה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לצייר דרקון ביחד במחברת של יואב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סהר הרגיש שהפנים שלו בוערות, זה היה לא נעים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אמרה ריים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יואב השפיל עיניים והחזיר את המחברת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סהר הציע לצייר איתו ביחד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סגולה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השפיל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(בעל המחברת עם הציורים)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(חטף את המחברת בהפסקה)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(עמדה לצד סהר ועזרה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(שאלה שאלה שגרמה לילדים לחשוב)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(יושבת עם סהר בכל ערב)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סהר מצייר במחברת עם סבתא רחל בערב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יואב חוטף את המחברת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ריים אומרת ליואב להחזיר את המחברת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המחנכת שואלת את הכיתה על זכות ההחלטה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יואב מתנצל ומחזיר את המחברת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סהר מציע ליואב לצייר יחד במחברת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פתוחה: לקבל כל דעה מנומקת, למשל שסהר הראה סלחנות וחברות, או שהיה אפשר להגיב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תשובות אפשריות: לקרוא למורה, לדבר עם הפוגע בעדינות, להישאר ליד הנפגע ולתמוך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הזכות של כל אחד לשמור דברים פרטיים לעצמו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היא עמדה לצידו ואמרה ליואב להחזיר את המחברת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הרגיש פגוע ומבויש, הפנים שלו בערו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שיחה קצרה על רגשות הדמויות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לשתף רק אם נוח להם, בהתאם לעיקרון שבדף המקור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ההתאמה כמשחק קבוצתי לפני העבודה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המחברת של סהר – זכות לפרטיות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בסיפור 'המחברת של סהר' קורה אירוע שבו מישהו לוקח דבר פרטי בלי רשות. דרך הסיפור נלמד על הזכות לפרטיות ועל חשיבות העזרה לחבר שנפגע.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עם מי גר סהר?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אבא ואחות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סבתא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משפחה אומנת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סהר אוהב לצייר במחברת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פרחים ועצים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דרקונים, חלליות וחתול השכנים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ציורי משפחה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מספרים וצורות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יואב עשה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עזר לסהר לצייר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חטף את המחברת והראה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קרע דף מהמחברת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ביקש לשאול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ריים אמרה ליואב?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שהציור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שיחזיר את המחברת כי היא לא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שתלך למורה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שלא אכפת 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שאלה המחנכת את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צייר הכי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למי שייכת המחברת ומי מחליט על הצגתה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 יואב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איזה דרקון הכי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סהר הציע ליואב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לדבר איתו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דרקון ביחד במחברת של יואב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לו את המחברת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למחנכת 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סהר שמח כשיואב הראה לכולם את הציורים.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זכות לפרטיות.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יואב התעלם מריים ולא החזיר את המחברת.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ריים ישבה ליד סהר בכיתה.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סהר כעס על יואב עד סוף הסיפור ולא סלח 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סהר גר עם סבתא __________ בדירה קטנה.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סהר מצייר במחברת הצבע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קמה ואמרה ליואב להחזיר את המחברת.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לכל אחד יש זכות ל__________, גם לילדים.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יואב __________ את העיניים והחזיר את המחברת.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חטף את המחברת בהפסקה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יואב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עמדה לצד סהר ועזרה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בעל המחברת עם הציורים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המחנכת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יושבת עם סהר בכל ערב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סבתא רחל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שאלה שאלה שגרמה לילדים לחשוב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ריים אומרת ליואב להחזיר את המחברת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סהר מצייר במחברת עם סבתא רחל בערב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יואב מתנצל ומחזיר את המחברת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סהר מציע ליואב לצייר יחד במחברת חדשה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המחנכת שואלת את הכיתה על זכות ההחלטה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יואב חוטף את המחברת בהפסקה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דעתכם על הדרך שבה סהר סיים את הסיפור? הסבירו בכמה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ריים עמדה לצד סהר כשראתה שפוגעים בו. כתבו שתי דרכים נוספות שאפשר לעזור למישהו שנפגע.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הזכות לפרטיות?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עשתה ריים כשראתה שפוגעים בסהר?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סהר הרגיש כשיואב הראה את הציורים לכולם?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המחברת של סהר – זכות לפרטיות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