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המחברת של סהר – זכות לפרטיות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אירועי הסיפור ואת הקשר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הזכות לפרטיות כזכות של 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דעה ומציאת דרכים להתערב כשפוגעים במישהו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עם סבתא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דרקונים, חלליות וחתול השכנים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שיחזיר את המחברת כי היא לא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סהר הרגיש שהפנים שלו בוערות, זה היה לא נעים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אמרה ריים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סגולה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(בעל המחברת עם הציורים)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(חטף את המחברת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(עמדה לצד סהר ועזרה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(שאלה שאלה שגרמה לילדים לחשוב)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סהר מצייר במחברת עם סבתא רחל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יואב חוטף את המחברת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ריים אומרת ליואב להחזיר את המחברת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המחנכת שואלת את הכיתה על זכות ההחלטה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פתוחה: לקבל כל דעה מנומקת, למשל שסהר הראה סלחנות וחברות, או שהיה אפשר להגיב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תשובות אפשריות: לקרוא למורה, לדבר עם הפוגע בעדינות, להישאר ליד הנפגע ולתמוך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הזכות של כל אחד לשמור דברים פרטיים לעצמו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היא עמדה לצידו ואמרה ליואב להחזיר את המחברת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הרגיש פגוע ומבויש, הפנים שלו בערו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קצרה על רגשות הדמויות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רק אם נוח להם, בהתאם לעיקרון שבדף המקור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ההתאמה כמשחק קבוצתי לפני העבודה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המחברת של סהר – זכות לפרטיות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'המחברת של סהר' קורה אירוע שבו מישהו לוקח דבר פרטי בלי רשות. דרך הסיפור נלמד על הזכות לפרטיות ועל חשיבות העזרה לחבר שנפגע.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סגולה  ·  רחל  ·  ריים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עם מי גר סהר?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עם אבא ואחות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עם סבתא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עם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סהר אוהב לצייר במחברת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פרחים ועצים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דרקונים, חלליות וחתול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ציורי משפחה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ריים אמרה ליואב?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שהציור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שיחזיר את המחברת כי היא לא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שתלך למורה 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סהר שמח כשיואב הראה לכולם את הציורים.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ילד יש זכות לפרטיות.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סהר גר עם סבתא __________ בדירה קטנה.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סהר מצייר במחברת הצבע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קמה ואמרה ליואב להחזיר את המחברת.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עמדה לצד סהר ועזרה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יואב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בעל המחברת עם הציורים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שאלה שאלה שגרמה לילדים לחשוב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המחנכת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חטף את המחברת בהפסקה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ריים אומרת ליואב להחזיר את המחברת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המחנכת שואלת את הכיתה על זכות ההחלטה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יואב חוטף את המחברת בהפסקה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סהר מצייר במחברת עם סבתא רחל בערב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דעתכם על הדרך שבה סהר סיים את הסיפור? הסבירו בכמה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ריים עמדה לצד סהר כשראתה שפוגעים בו. כתבו שתי דרכים נוספות שאפשר לעזור למישהו שנפגע.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הזכות לפרטיות?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עשתה ריים כשראתה שפוגעים בסהר?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המחברת של סהר – זכות לפרטיות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